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7A9" w:rsidRDefault="00047F00">
      <w:pPr>
        <w:jc w:val="right"/>
      </w:pPr>
      <w:r>
        <w:t>Alla Dirigente Scolastica</w:t>
      </w:r>
      <w:r>
        <w:br/>
        <w:t>dell’I.C. “Don Guido Cagnola” di Gazzada Schianno</w:t>
      </w:r>
    </w:p>
    <w:p w:rsidR="00F037A9" w:rsidRPr="00047F00" w:rsidRDefault="00047F00" w:rsidP="00047F00">
      <w:pPr>
        <w:pStyle w:val="Titolo"/>
        <w:jc w:val="center"/>
        <w:rPr>
          <w:b/>
        </w:rPr>
      </w:pPr>
      <w:r w:rsidRPr="00047F00">
        <w:rPr>
          <w:b/>
        </w:rPr>
        <w:t>Allegato C – Curriculum vitae e autodichiarazione del punteggio</w:t>
      </w:r>
    </w:p>
    <w:p w:rsidR="00F037A9" w:rsidRPr="00047F00" w:rsidRDefault="00047F00">
      <w:pPr>
        <w:rPr>
          <w:b/>
        </w:rPr>
      </w:pPr>
      <w:r w:rsidRPr="00047F00">
        <w:rPr>
          <w:b/>
        </w:rPr>
        <w:t>Progetto “SUMMER SCHOOL” – Piano Estate 2026–2027</w:t>
      </w:r>
    </w:p>
    <w:p w:rsidR="00F037A9" w:rsidRPr="00047F00" w:rsidRDefault="00047F00">
      <w:pPr>
        <w:rPr>
          <w:b/>
        </w:rPr>
      </w:pPr>
      <w:r w:rsidRPr="00047F00">
        <w:rPr>
          <w:b/>
        </w:rPr>
        <w:t>PN “Scuola e competenze” 2021–2027 – FSE+</w:t>
      </w:r>
      <w:bookmarkStart w:id="0" w:name="_GoBack"/>
      <w:bookmarkEnd w:id="0"/>
    </w:p>
    <w:p w:rsidR="00F037A9" w:rsidRPr="00047F00" w:rsidRDefault="00047F00">
      <w:pPr>
        <w:rPr>
          <w:b/>
        </w:rPr>
      </w:pPr>
      <w:r w:rsidRPr="00047F00">
        <w:rPr>
          <w:b/>
        </w:rPr>
        <w:t xml:space="preserve">Avviso AOOGABMI prot. </w:t>
      </w:r>
      <w:r w:rsidRPr="00047F00">
        <w:rPr>
          <w:b/>
        </w:rPr>
        <w:t>n. 112894 dell’11 maggio 2026 – D.M. n. 79/2026</w:t>
      </w:r>
    </w:p>
    <w:p w:rsidR="00F037A9" w:rsidRPr="00047F00" w:rsidRDefault="00047F00">
      <w:pPr>
        <w:rPr>
          <w:b/>
        </w:rPr>
      </w:pPr>
      <w:r w:rsidRPr="00047F00">
        <w:rPr>
          <w:b/>
        </w:rPr>
        <w:t>Codice progetto: ESO4.6.A4.A-FSEPN-LO-2026-1187</w:t>
      </w:r>
    </w:p>
    <w:p w:rsidR="00F037A9" w:rsidRDefault="00047F00">
      <w:r w:rsidRPr="00047F00">
        <w:rPr>
          <w:b/>
        </w:rPr>
        <w:t>CUP: I64D26002750007</w:t>
      </w:r>
    </w:p>
    <w:p w:rsidR="00F037A9" w:rsidRDefault="00047F00">
      <w:r>
        <w:t>Cognome e nome __________________________________________________</w:t>
      </w:r>
    </w:p>
    <w:p w:rsidR="00F037A9" w:rsidRDefault="00047F00">
      <w:r>
        <w:t>Profilo per cui si concorre:</w:t>
      </w:r>
      <w:r>
        <w:br/>
        <w:t xml:space="preserve">☐ Collaboratore scolastico     ☐ Assistente </w:t>
      </w:r>
      <w:r>
        <w:t>amministrativo</w:t>
      </w:r>
    </w:p>
    <w:p w:rsidR="00F037A9" w:rsidRDefault="00047F00">
      <w:pPr>
        <w:pStyle w:val="Titolo1"/>
      </w:pPr>
      <w:r>
        <w:t>Griglia di autovalutazione dei titoli e delle esperienze</w:t>
      </w:r>
    </w:p>
    <w:p w:rsidR="00F037A9" w:rsidRDefault="00047F00">
      <w:r>
        <w:t>Indicare i servizi e gli incarichi pertinenti al profilo prescelto, posseduti alla scadenza dell’avviso. La valutazione avviene in graduatorie distinte per profilo. La colonna riservat</w:t>
      </w:r>
      <w:r>
        <w:t>a alla Scuola / Commissione non deve essere compilata dal candidato.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984"/>
        <w:gridCol w:w="1984"/>
      </w:tblGrid>
      <w:tr w:rsidR="00F037A9">
        <w:trPr>
          <w:cantSplit/>
          <w:tblHeader/>
        </w:trPr>
        <w:tc>
          <w:tcPr>
            <w:tcW w:w="3969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AEAEA"/>
          </w:tcPr>
          <w:p w:rsidR="00F037A9" w:rsidRDefault="00047F00">
            <w:pPr>
              <w:spacing w:before="100" w:after="100"/>
            </w:pPr>
            <w:r>
              <w:rPr>
                <w:sz w:val="20"/>
              </w:rPr>
              <w:t>Titoli ed esperienze</w:t>
            </w:r>
          </w:p>
        </w:tc>
        <w:tc>
          <w:tcPr>
            <w:tcW w:w="170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AEAEA"/>
          </w:tcPr>
          <w:p w:rsidR="00F037A9" w:rsidRDefault="00047F00">
            <w:pPr>
              <w:spacing w:before="100" w:after="100"/>
            </w:pPr>
            <w:r>
              <w:rPr>
                <w:sz w:val="20"/>
              </w:rPr>
              <w:t>Punteggio</w:t>
            </w:r>
          </w:p>
        </w:tc>
        <w:tc>
          <w:tcPr>
            <w:tcW w:w="198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AEAEA"/>
          </w:tcPr>
          <w:p w:rsidR="00F037A9" w:rsidRDefault="00047F00">
            <w:pPr>
              <w:spacing w:before="100" w:after="100"/>
            </w:pPr>
            <w:r>
              <w:rPr>
                <w:sz w:val="20"/>
              </w:rPr>
              <w:t>A cura del candidato</w:t>
            </w:r>
          </w:p>
        </w:tc>
        <w:tc>
          <w:tcPr>
            <w:tcW w:w="198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AEAEA"/>
          </w:tcPr>
          <w:p w:rsidR="00F037A9" w:rsidRDefault="00047F00">
            <w:pPr>
              <w:spacing w:before="100" w:after="100"/>
            </w:pPr>
            <w:r>
              <w:rPr>
                <w:sz w:val="20"/>
              </w:rPr>
              <w:t>Scuola / Commissione</w:t>
            </w:r>
          </w:p>
        </w:tc>
      </w:tr>
      <w:tr w:rsidR="00F037A9">
        <w:trPr>
          <w:cantSplit/>
        </w:trPr>
        <w:tc>
          <w:tcPr>
            <w:tcW w:w="3969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037A9" w:rsidRDefault="00047F00">
            <w:pPr>
              <w:spacing w:before="100" w:after="100"/>
            </w:pPr>
            <w:r>
              <w:rPr>
                <w:sz w:val="20"/>
              </w:rPr>
              <w:t>Esperienza lavorativa continuativa prestata nel corrispondente profilo di interesse dell’incarico</w:t>
            </w:r>
          </w:p>
        </w:tc>
        <w:tc>
          <w:tcPr>
            <w:tcW w:w="170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037A9" w:rsidRDefault="00047F00">
            <w:pPr>
              <w:spacing w:before="100" w:after="100"/>
            </w:pPr>
            <w:r>
              <w:rPr>
                <w:sz w:val="20"/>
              </w:rPr>
              <w:t xml:space="preserve">7 punti per </w:t>
            </w:r>
            <w:r>
              <w:rPr>
                <w:sz w:val="20"/>
              </w:rPr>
              <w:t>ogni anno</w:t>
            </w:r>
          </w:p>
        </w:tc>
        <w:tc>
          <w:tcPr>
            <w:tcW w:w="198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037A9" w:rsidRDefault="00047F00">
            <w:pPr>
              <w:spacing w:before="100" w:after="100"/>
            </w:pPr>
            <w:r>
              <w:rPr>
                <w:sz w:val="20"/>
              </w:rPr>
              <w:t>Anni: ______</w:t>
            </w:r>
            <w:r>
              <w:rPr>
                <w:sz w:val="20"/>
              </w:rPr>
              <w:br/>
              <w:t>Punti: ______</w:t>
            </w:r>
          </w:p>
        </w:tc>
        <w:tc>
          <w:tcPr>
            <w:tcW w:w="198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037A9" w:rsidRDefault="00047F00">
            <w:pPr>
              <w:spacing w:before="100" w:after="100"/>
            </w:pPr>
            <w:r>
              <w:rPr>
                <w:sz w:val="20"/>
              </w:rPr>
              <w:t>Punti: ______</w:t>
            </w:r>
          </w:p>
        </w:tc>
      </w:tr>
      <w:tr w:rsidR="00F037A9">
        <w:trPr>
          <w:cantSplit/>
        </w:trPr>
        <w:tc>
          <w:tcPr>
            <w:tcW w:w="3969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037A9" w:rsidRDefault="00047F00">
            <w:pPr>
              <w:spacing w:before="100" w:after="100"/>
            </w:pPr>
            <w:r>
              <w:rPr>
                <w:sz w:val="20"/>
              </w:rPr>
              <w:t>Pregresse esperienze con incarichi similari in progetti europei</w:t>
            </w:r>
          </w:p>
        </w:tc>
        <w:tc>
          <w:tcPr>
            <w:tcW w:w="170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037A9" w:rsidRDefault="00047F00">
            <w:pPr>
              <w:spacing w:before="100" w:after="100"/>
            </w:pPr>
            <w:r>
              <w:rPr>
                <w:sz w:val="20"/>
              </w:rPr>
              <w:t>6 punti per ogni incarico</w:t>
            </w:r>
          </w:p>
        </w:tc>
        <w:tc>
          <w:tcPr>
            <w:tcW w:w="198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037A9" w:rsidRDefault="00047F00">
            <w:pPr>
              <w:spacing w:before="100" w:after="100"/>
            </w:pPr>
            <w:r>
              <w:rPr>
                <w:sz w:val="20"/>
              </w:rPr>
              <w:t>Incarichi: ____</w:t>
            </w:r>
            <w:r>
              <w:rPr>
                <w:sz w:val="20"/>
              </w:rPr>
              <w:br/>
              <w:t>Punti: ______</w:t>
            </w:r>
          </w:p>
        </w:tc>
        <w:tc>
          <w:tcPr>
            <w:tcW w:w="198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037A9" w:rsidRDefault="00047F00">
            <w:pPr>
              <w:spacing w:before="100" w:after="100"/>
            </w:pPr>
            <w:r>
              <w:rPr>
                <w:sz w:val="20"/>
              </w:rPr>
              <w:t>Punti: ______</w:t>
            </w:r>
          </w:p>
        </w:tc>
      </w:tr>
      <w:tr w:rsidR="00F037A9">
        <w:trPr>
          <w:cantSplit/>
        </w:trPr>
        <w:tc>
          <w:tcPr>
            <w:tcW w:w="3969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037A9" w:rsidRDefault="00047F00">
            <w:pPr>
              <w:spacing w:before="100" w:after="100"/>
            </w:pPr>
            <w:r>
              <w:rPr>
                <w:sz w:val="20"/>
              </w:rPr>
              <w:t>Totale</w:t>
            </w:r>
          </w:p>
        </w:tc>
        <w:tc>
          <w:tcPr>
            <w:tcW w:w="170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037A9" w:rsidRDefault="00F037A9">
            <w:pPr>
              <w:spacing w:before="100" w:after="100"/>
            </w:pPr>
          </w:p>
        </w:tc>
        <w:tc>
          <w:tcPr>
            <w:tcW w:w="198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037A9" w:rsidRDefault="00047F00">
            <w:pPr>
              <w:spacing w:before="100" w:after="100"/>
            </w:pPr>
            <w:r>
              <w:rPr>
                <w:sz w:val="20"/>
              </w:rPr>
              <w:t>Punti: ______</w:t>
            </w:r>
          </w:p>
        </w:tc>
        <w:tc>
          <w:tcPr>
            <w:tcW w:w="198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037A9" w:rsidRDefault="00047F00">
            <w:pPr>
              <w:spacing w:before="100" w:after="100"/>
            </w:pPr>
            <w:r>
              <w:rPr>
                <w:sz w:val="20"/>
              </w:rPr>
              <w:t>Punti: ______</w:t>
            </w:r>
          </w:p>
        </w:tc>
      </w:tr>
    </w:tbl>
    <w:p w:rsidR="00F037A9" w:rsidRDefault="00047F00">
      <w:r>
        <w:br w:type="page"/>
      </w:r>
    </w:p>
    <w:p w:rsidR="00F037A9" w:rsidRDefault="00047F00">
      <w:pPr>
        <w:pStyle w:val="Titolo1"/>
      </w:pPr>
      <w:r>
        <w:lastRenderedPageBreak/>
        <w:t>Curriculum vitae – Dettaglio d</w:t>
      </w:r>
      <w:r>
        <w:t>ei servizi e degli incarichi</w:t>
      </w:r>
    </w:p>
    <w:p w:rsidR="00F037A9" w:rsidRDefault="00047F00">
      <w:r>
        <w:t>Candidato/a _______________________________________________________</w:t>
      </w:r>
    </w:p>
    <w:p w:rsidR="00F037A9" w:rsidRDefault="00047F00">
      <w:r>
        <w:t>Indicare gli elementi utili alla verifica dei servizi e degli incarichi dichiarati nella griglia. Se necessario, allegare ulteriori fogli datati e firmati.</w:t>
      </w:r>
    </w:p>
    <w:p w:rsidR="00F037A9" w:rsidRDefault="00047F00">
      <w:pPr>
        <w:pStyle w:val="Titolo1"/>
      </w:pPr>
      <w:r>
        <w:t>Esp</w:t>
      </w:r>
      <w:r>
        <w:t>erienza lavorativa nel profilo per cui si concorre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35"/>
        <w:gridCol w:w="3402"/>
        <w:gridCol w:w="1701"/>
      </w:tblGrid>
      <w:tr w:rsidR="00F037A9">
        <w:trPr>
          <w:cantSplit/>
          <w:tblHeader/>
        </w:trPr>
        <w:tc>
          <w:tcPr>
            <w:tcW w:w="453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AEAEA"/>
          </w:tcPr>
          <w:p w:rsidR="00F037A9" w:rsidRDefault="00047F00">
            <w:pPr>
              <w:spacing w:before="100" w:after="100"/>
            </w:pPr>
            <w:r>
              <w:rPr>
                <w:sz w:val="20"/>
              </w:rPr>
              <w:t>Istituzione scolastica e profilo</w:t>
            </w:r>
          </w:p>
        </w:tc>
        <w:tc>
          <w:tcPr>
            <w:tcW w:w="340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AEAEA"/>
          </w:tcPr>
          <w:p w:rsidR="00F037A9" w:rsidRDefault="00047F00">
            <w:pPr>
              <w:spacing w:before="100" w:after="100"/>
            </w:pPr>
            <w:r>
              <w:rPr>
                <w:sz w:val="20"/>
              </w:rPr>
              <w:t>Periodo di servizio dal / al</w:t>
            </w:r>
          </w:p>
        </w:tc>
        <w:tc>
          <w:tcPr>
            <w:tcW w:w="170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AEAEA"/>
          </w:tcPr>
          <w:p w:rsidR="00F037A9" w:rsidRDefault="00047F00">
            <w:pPr>
              <w:spacing w:before="100" w:after="100"/>
            </w:pPr>
            <w:r>
              <w:rPr>
                <w:sz w:val="20"/>
              </w:rPr>
              <w:t>Anni dichiarati</w:t>
            </w:r>
          </w:p>
        </w:tc>
      </w:tr>
      <w:tr w:rsidR="00F037A9">
        <w:trPr>
          <w:cantSplit/>
        </w:trPr>
        <w:tc>
          <w:tcPr>
            <w:tcW w:w="453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037A9" w:rsidRDefault="00047F00">
            <w:pPr>
              <w:spacing w:before="100" w:after="100"/>
            </w:pPr>
            <w:r>
              <w:rPr>
                <w:sz w:val="20"/>
              </w:rPr>
              <w:br/>
              <w:t>________________________</w:t>
            </w:r>
          </w:p>
        </w:tc>
        <w:tc>
          <w:tcPr>
            <w:tcW w:w="340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037A9" w:rsidRDefault="00047F00">
            <w:pPr>
              <w:spacing w:before="100" w:after="100"/>
            </w:pPr>
            <w:r>
              <w:rPr>
                <w:sz w:val="20"/>
              </w:rPr>
              <w:t>________________</w:t>
            </w:r>
          </w:p>
        </w:tc>
        <w:tc>
          <w:tcPr>
            <w:tcW w:w="170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037A9" w:rsidRDefault="00047F00">
            <w:pPr>
              <w:spacing w:before="100" w:after="100"/>
            </w:pPr>
            <w:r>
              <w:rPr>
                <w:sz w:val="20"/>
              </w:rPr>
              <w:t>________</w:t>
            </w:r>
          </w:p>
        </w:tc>
      </w:tr>
      <w:tr w:rsidR="00F037A9">
        <w:trPr>
          <w:cantSplit/>
        </w:trPr>
        <w:tc>
          <w:tcPr>
            <w:tcW w:w="453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037A9" w:rsidRDefault="00047F00">
            <w:pPr>
              <w:spacing w:before="100" w:after="100"/>
            </w:pPr>
            <w:r>
              <w:rPr>
                <w:sz w:val="20"/>
              </w:rPr>
              <w:br/>
              <w:t>________________________</w:t>
            </w:r>
          </w:p>
        </w:tc>
        <w:tc>
          <w:tcPr>
            <w:tcW w:w="340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037A9" w:rsidRDefault="00047F00">
            <w:pPr>
              <w:spacing w:before="100" w:after="100"/>
            </w:pPr>
            <w:r>
              <w:rPr>
                <w:sz w:val="20"/>
              </w:rPr>
              <w:t>________________</w:t>
            </w:r>
          </w:p>
        </w:tc>
        <w:tc>
          <w:tcPr>
            <w:tcW w:w="170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037A9" w:rsidRDefault="00047F00">
            <w:pPr>
              <w:spacing w:before="100" w:after="100"/>
            </w:pPr>
            <w:r>
              <w:rPr>
                <w:sz w:val="20"/>
              </w:rPr>
              <w:t>________</w:t>
            </w:r>
          </w:p>
        </w:tc>
      </w:tr>
      <w:tr w:rsidR="00F037A9">
        <w:trPr>
          <w:cantSplit/>
        </w:trPr>
        <w:tc>
          <w:tcPr>
            <w:tcW w:w="4535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037A9" w:rsidRDefault="00047F00">
            <w:pPr>
              <w:spacing w:before="100" w:after="100"/>
            </w:pPr>
            <w:r>
              <w:rPr>
                <w:sz w:val="20"/>
              </w:rPr>
              <w:br/>
            </w:r>
            <w:r>
              <w:rPr>
                <w:sz w:val="20"/>
              </w:rPr>
              <w:t>________________________</w:t>
            </w:r>
          </w:p>
        </w:tc>
        <w:tc>
          <w:tcPr>
            <w:tcW w:w="340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037A9" w:rsidRDefault="00047F00">
            <w:pPr>
              <w:spacing w:before="100" w:after="100"/>
            </w:pPr>
            <w:r>
              <w:rPr>
                <w:sz w:val="20"/>
              </w:rPr>
              <w:t>________________</w:t>
            </w:r>
          </w:p>
        </w:tc>
        <w:tc>
          <w:tcPr>
            <w:tcW w:w="1701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037A9" w:rsidRDefault="00047F00">
            <w:pPr>
              <w:spacing w:before="100" w:after="100"/>
            </w:pPr>
            <w:r>
              <w:rPr>
                <w:sz w:val="20"/>
              </w:rPr>
              <w:t>________</w:t>
            </w:r>
          </w:p>
        </w:tc>
      </w:tr>
    </w:tbl>
    <w:p w:rsidR="00F037A9" w:rsidRDefault="00047F00">
      <w:pPr>
        <w:pStyle w:val="Titolo1"/>
      </w:pPr>
      <w:r>
        <w:t>Incarichi similari in progetti europei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88"/>
        <w:gridCol w:w="2948"/>
        <w:gridCol w:w="3402"/>
      </w:tblGrid>
      <w:tr w:rsidR="00F037A9">
        <w:trPr>
          <w:cantSplit/>
          <w:tblHeader/>
        </w:trPr>
        <w:tc>
          <w:tcPr>
            <w:tcW w:w="328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AEAEA"/>
          </w:tcPr>
          <w:p w:rsidR="00F037A9" w:rsidRDefault="00047F00">
            <w:pPr>
              <w:spacing w:before="100" w:after="100"/>
            </w:pPr>
            <w:r>
              <w:rPr>
                <w:sz w:val="20"/>
              </w:rPr>
              <w:t>Istituzione e progetto</w:t>
            </w:r>
          </w:p>
        </w:tc>
        <w:tc>
          <w:tcPr>
            <w:tcW w:w="294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AEAEA"/>
          </w:tcPr>
          <w:p w:rsidR="00F037A9" w:rsidRDefault="00047F00">
            <w:pPr>
              <w:spacing w:before="100" w:after="100"/>
            </w:pPr>
            <w:r>
              <w:rPr>
                <w:sz w:val="20"/>
              </w:rPr>
              <w:t>Incarico svolto</w:t>
            </w:r>
          </w:p>
        </w:tc>
        <w:tc>
          <w:tcPr>
            <w:tcW w:w="340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AEAEA"/>
          </w:tcPr>
          <w:p w:rsidR="00F037A9" w:rsidRDefault="00047F00">
            <w:pPr>
              <w:spacing w:before="100" w:after="100"/>
            </w:pPr>
            <w:r>
              <w:rPr>
                <w:sz w:val="20"/>
              </w:rPr>
              <w:t>Periodo ed estremi dell’incarico</w:t>
            </w:r>
          </w:p>
        </w:tc>
      </w:tr>
      <w:tr w:rsidR="00F037A9">
        <w:trPr>
          <w:cantSplit/>
        </w:trPr>
        <w:tc>
          <w:tcPr>
            <w:tcW w:w="328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037A9" w:rsidRDefault="00047F00">
            <w:pPr>
              <w:spacing w:before="100" w:after="100"/>
            </w:pPr>
            <w:r>
              <w:rPr>
                <w:sz w:val="20"/>
              </w:rPr>
              <w:br/>
              <w:t>___________________</w:t>
            </w:r>
          </w:p>
        </w:tc>
        <w:tc>
          <w:tcPr>
            <w:tcW w:w="294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037A9" w:rsidRDefault="00047F00">
            <w:pPr>
              <w:spacing w:before="100" w:after="100"/>
            </w:pPr>
            <w:r>
              <w:rPr>
                <w:sz w:val="20"/>
              </w:rPr>
              <w:t>________________</w:t>
            </w:r>
          </w:p>
        </w:tc>
        <w:tc>
          <w:tcPr>
            <w:tcW w:w="340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037A9" w:rsidRDefault="00047F00">
            <w:pPr>
              <w:spacing w:before="100" w:after="100"/>
            </w:pPr>
            <w:r>
              <w:rPr>
                <w:sz w:val="20"/>
              </w:rPr>
              <w:t>__________________</w:t>
            </w:r>
          </w:p>
        </w:tc>
      </w:tr>
      <w:tr w:rsidR="00F037A9">
        <w:trPr>
          <w:cantSplit/>
        </w:trPr>
        <w:tc>
          <w:tcPr>
            <w:tcW w:w="328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037A9" w:rsidRDefault="00047F00">
            <w:pPr>
              <w:spacing w:before="100" w:after="100"/>
            </w:pPr>
            <w:r>
              <w:rPr>
                <w:sz w:val="20"/>
              </w:rPr>
              <w:br/>
              <w:t>___________________</w:t>
            </w:r>
          </w:p>
        </w:tc>
        <w:tc>
          <w:tcPr>
            <w:tcW w:w="294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037A9" w:rsidRDefault="00047F00">
            <w:pPr>
              <w:spacing w:before="100" w:after="100"/>
            </w:pPr>
            <w:r>
              <w:rPr>
                <w:sz w:val="20"/>
              </w:rPr>
              <w:t>________________</w:t>
            </w:r>
          </w:p>
        </w:tc>
        <w:tc>
          <w:tcPr>
            <w:tcW w:w="340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037A9" w:rsidRDefault="00047F00">
            <w:pPr>
              <w:spacing w:before="100" w:after="100"/>
            </w:pPr>
            <w:r>
              <w:rPr>
                <w:sz w:val="20"/>
              </w:rPr>
              <w:t>__________________</w:t>
            </w:r>
          </w:p>
        </w:tc>
      </w:tr>
      <w:tr w:rsidR="00F037A9">
        <w:trPr>
          <w:cantSplit/>
        </w:trPr>
        <w:tc>
          <w:tcPr>
            <w:tcW w:w="328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037A9" w:rsidRDefault="00047F00">
            <w:pPr>
              <w:spacing w:before="100" w:after="100"/>
            </w:pPr>
            <w:r>
              <w:rPr>
                <w:sz w:val="20"/>
              </w:rPr>
              <w:br/>
              <w:t>___________________</w:t>
            </w:r>
          </w:p>
        </w:tc>
        <w:tc>
          <w:tcPr>
            <w:tcW w:w="294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037A9" w:rsidRDefault="00047F00">
            <w:pPr>
              <w:spacing w:before="100" w:after="100"/>
            </w:pPr>
            <w:r>
              <w:rPr>
                <w:sz w:val="20"/>
              </w:rPr>
              <w:t>________________</w:t>
            </w:r>
          </w:p>
        </w:tc>
        <w:tc>
          <w:tcPr>
            <w:tcW w:w="340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:rsidR="00F037A9" w:rsidRDefault="00047F00">
            <w:pPr>
              <w:spacing w:before="100" w:after="100"/>
            </w:pPr>
            <w:r>
              <w:rPr>
                <w:sz w:val="20"/>
              </w:rPr>
              <w:t>__________________</w:t>
            </w:r>
          </w:p>
        </w:tc>
      </w:tr>
    </w:tbl>
    <w:p w:rsidR="00F037A9" w:rsidRDefault="00047F00">
      <w:r>
        <w:t>Il/La sottoscritto/a, ai sensi degli artt. 46 e 47 del D.P.R. 445/2000, consapevole delle conseguenze previste dagli artt. 75 e 76, dichiara che i titoli e le es</w:t>
      </w:r>
      <w:r>
        <w:t>perienze sopra indicati sono veritieri e posseduti alla scadenza dell’avviso.</w:t>
      </w:r>
    </w:p>
    <w:p w:rsidR="00F037A9" w:rsidRDefault="00047F00">
      <w:r>
        <w:t>Luogo e data __________________________</w:t>
      </w:r>
    </w:p>
    <w:p w:rsidR="00F037A9" w:rsidRDefault="00047F00">
      <w:pPr>
        <w:jc w:val="right"/>
      </w:pPr>
      <w:r>
        <w:t>Firma ____________________________________</w:t>
      </w:r>
    </w:p>
    <w:sectPr w:rsidR="00F037A9" w:rsidSect="00034616">
      <w:headerReference w:type="default" r:id="rId8"/>
      <w:footerReference w:type="default" r:id="rId9"/>
      <w:pgSz w:w="11906" w:h="16838"/>
      <w:pgMar w:top="3855" w:right="1134" w:bottom="1020" w:left="1134" w:header="39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0C9F" w:rsidRDefault="00A40C9F">
      <w:pPr>
        <w:spacing w:after="0" w:line="240" w:lineRule="auto"/>
      </w:pPr>
      <w:r>
        <w:separator/>
      </w:r>
    </w:p>
  </w:endnote>
  <w:endnote w:type="continuationSeparator" w:id="0">
    <w:p w:rsidR="00A40C9F" w:rsidRDefault="00A40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E5B" w:rsidRDefault="0079220E">
    <w:pPr>
      <w:pStyle w:val="Pidipagina"/>
      <w:jc w:val="right"/>
    </w:pPr>
    <w:r>
      <w:rPr>
        <w:sz w:val="16"/>
      </w:rPr>
      <w:t xml:space="preserve">Pagina </w:t>
    </w:r>
    <w:r>
      <w:fldChar w:fldCharType="begin"/>
    </w:r>
    <w:r>
      <w:instrText>PAGE</w:instrText>
    </w:r>
    <w:r>
      <w:fldChar w:fldCharType="separate"/>
    </w:r>
    <w:r w:rsidR="00047F00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0C9F" w:rsidRDefault="00A40C9F">
      <w:pPr>
        <w:spacing w:after="0" w:line="240" w:lineRule="auto"/>
      </w:pPr>
      <w:r>
        <w:separator/>
      </w:r>
    </w:p>
  </w:footnote>
  <w:footnote w:type="continuationSeparator" w:id="0">
    <w:p w:rsidR="00A40C9F" w:rsidRDefault="00A40C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0E5B" w:rsidRDefault="00CF0CCF">
    <w:pPr>
      <w:spacing w:after="0" w:line="240" w:lineRule="auto"/>
      <w:jc w:val="center"/>
    </w:pPr>
    <w:r>
      <w:rPr>
        <w:noProof/>
        <w:lang w:val="it-IT" w:eastAsia="it-IT"/>
      </w:rPr>
      <w:drawing>
        <wp:inline distT="0" distB="0" distL="0" distR="0" wp14:anchorId="6B4FA124" wp14:editId="68E5D637">
          <wp:extent cx="6120130" cy="1927860"/>
          <wp:effectExtent l="0" t="0" r="0" b="0"/>
          <wp:docPr id="31" name="Immagin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927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47F00"/>
    <w:rsid w:val="0006063C"/>
    <w:rsid w:val="0015074B"/>
    <w:rsid w:val="0029639D"/>
    <w:rsid w:val="00326F90"/>
    <w:rsid w:val="004D0BE3"/>
    <w:rsid w:val="0079220E"/>
    <w:rsid w:val="00A40C9F"/>
    <w:rsid w:val="00AA1D8D"/>
    <w:rsid w:val="00B47730"/>
    <w:rsid w:val="00BC0E5B"/>
    <w:rsid w:val="00CB0664"/>
    <w:rsid w:val="00CF0CCF"/>
    <w:rsid w:val="00DA5585"/>
    <w:rsid w:val="00F037A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67CD5D35-1295-4240-8CAE-3D60B9804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C693F"/>
    <w:pPr>
      <w:spacing w:after="120" w:line="252" w:lineRule="auto"/>
    </w:pPr>
    <w:rPr>
      <w:rFonts w:ascii="Arial" w:hAnsi="Arial"/>
      <w:color w:val="000000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200"/>
      <w:outlineLvl w:val="0"/>
    </w:pPr>
    <w:rPr>
      <w:rFonts w:asciiTheme="majorHAnsi" w:eastAsiaTheme="majorEastAsia" w:hAnsiTheme="majorHAnsi" w:cstheme="majorBidi"/>
      <w:bCs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Cs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contextualSpacing/>
    </w:pPr>
    <w:rPr>
      <w:rFonts w:asciiTheme="majorHAnsi" w:eastAsiaTheme="majorEastAsia" w:hAnsiTheme="majorHAnsi" w:cstheme="majorBidi"/>
      <w:spacing w:val="5"/>
      <w:kern w:val="28"/>
      <w:sz w:val="26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90F53C2-E37E-4BD5-B7FB-72D8121D7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2424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dsga</cp:lastModifiedBy>
  <cp:revision>5</cp:revision>
  <dcterms:created xsi:type="dcterms:W3CDTF">2013-12-23T23:15:00Z</dcterms:created>
  <dcterms:modified xsi:type="dcterms:W3CDTF">2026-10-27T13:29:00Z</dcterms:modified>
  <cp:category/>
</cp:coreProperties>
</file>