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005" w:rsidRPr="001525EA" w:rsidRDefault="001525EA">
      <w:pPr>
        <w:spacing w:after="40"/>
      </w:pPr>
      <w:r w:rsidRPr="001525EA">
        <w:rPr>
          <w:b/>
        </w:rPr>
        <w:t>Allegato 3</w:t>
      </w:r>
    </w:p>
    <w:p w:rsidR="00AE2005" w:rsidRPr="001525EA" w:rsidRDefault="001525EA">
      <w:pPr>
        <w:spacing w:after="40"/>
        <w:jc w:val="center"/>
      </w:pPr>
      <w:r w:rsidRPr="001525EA">
        <w:rPr>
          <w:b/>
          <w:sz w:val="24"/>
        </w:rPr>
        <w:t>VERBALE DI CONSEGNA E PRESA IN CARICO DEL FARMACO</w:t>
      </w:r>
    </w:p>
    <w:p w:rsidR="00AE2005" w:rsidRPr="001525EA" w:rsidRDefault="001525EA">
      <w:pPr>
        <w:spacing w:after="40"/>
      </w:pPr>
      <w:r w:rsidRPr="001525EA">
        <w:t>(da conservare nel fascicolo personale dell’alunno/a e da consegnare in copia ai genitori)</w:t>
      </w:r>
    </w:p>
    <w:p w:rsidR="00AE2005" w:rsidRPr="001525EA" w:rsidRDefault="001525EA">
      <w:pPr>
        <w:spacing w:after="40"/>
      </w:pPr>
      <w:r w:rsidRPr="001525EA">
        <w:t>In data __________ alle ore __________, il/la sig./sig.ra __________________________________________</w:t>
      </w:r>
    </w:p>
    <w:p w:rsidR="00AE2005" w:rsidRPr="001525EA" w:rsidRDefault="001525EA">
      <w:pPr>
        <w:spacing w:after="40"/>
      </w:pPr>
      <w:r w:rsidRPr="001525EA">
        <w:t xml:space="preserve">□ </w:t>
      </w:r>
      <w:r w:rsidRPr="001525EA">
        <w:t>genitore dell’alunno/a      □ esercente la responsabilità genitoriale</w:t>
      </w:r>
    </w:p>
    <w:p w:rsidR="00AE2005" w:rsidRPr="001525EA" w:rsidRDefault="001525EA">
      <w:pPr>
        <w:spacing w:after="40"/>
      </w:pPr>
      <w:r w:rsidRPr="001525EA">
        <w:t>dell’alunno/a ______________________________________________, classe ______ sez. ______,</w:t>
      </w:r>
    </w:p>
    <w:p w:rsidR="00AE2005" w:rsidRPr="001525EA" w:rsidRDefault="001525EA">
      <w:pPr>
        <w:spacing w:after="40"/>
      </w:pPr>
      <w:r w:rsidRPr="001525EA">
        <w:t>consegna all’incaricato/a sig./sig.ra _____________________________________________ il/i seguente</w:t>
      </w:r>
      <w:r w:rsidRPr="001525EA">
        <w:t>/i farmaco/i in confezione integra:</w:t>
      </w:r>
    </w:p>
    <w:p w:rsidR="00AE2005" w:rsidRPr="001525EA" w:rsidRDefault="001525EA">
      <w:pPr>
        <w:spacing w:after="40"/>
      </w:pPr>
      <w:r w:rsidRPr="001525EA">
        <w:t>1) Farmaco ______________________________  quantità __________  scadenza ____/____/________</w:t>
      </w:r>
    </w:p>
    <w:p w:rsidR="00AE2005" w:rsidRPr="001525EA" w:rsidRDefault="001525EA">
      <w:pPr>
        <w:spacing w:after="40"/>
      </w:pPr>
      <w:r w:rsidRPr="001525EA">
        <w:t>2) Farmaco ______________________________  quantità __________  scadenza ____/____/________</w:t>
      </w:r>
    </w:p>
    <w:p w:rsidR="00AE2005" w:rsidRPr="001525EA" w:rsidRDefault="001525EA">
      <w:pPr>
        <w:spacing w:after="40"/>
      </w:pPr>
      <w:r w:rsidRPr="001525EA">
        <w:t>ed eventuali presidi/materiali neces</w:t>
      </w:r>
      <w:r w:rsidRPr="001525EA">
        <w:t>sari alla somministrazione: _______________________________</w:t>
      </w:r>
    </w:p>
    <w:p w:rsidR="00AE2005" w:rsidRPr="001525EA" w:rsidRDefault="001525EA">
      <w:pPr>
        <w:spacing w:after="40"/>
      </w:pPr>
      <w:r w:rsidRPr="001525EA">
        <w:t>Il farmaco è previsto dalla certificazione medica e dal Piano Terapeutico rilasciati in data ____/____/________ dal medico del SSR in convenzione o da medico dipendente di struttura sanitaria accr</w:t>
      </w:r>
      <w:r w:rsidRPr="001525EA">
        <w:t>editata.</w:t>
      </w:r>
    </w:p>
    <w:p w:rsidR="00AE2005" w:rsidRPr="001525EA" w:rsidRDefault="001525EA">
      <w:pPr>
        <w:spacing w:after="40"/>
      </w:pPr>
      <w:r w:rsidRPr="001525EA">
        <w:t>Il farmaco sarà custodito e conservato s</w:t>
      </w:r>
      <w:bookmarkStart w:id="0" w:name="_GoBack"/>
      <w:bookmarkEnd w:id="0"/>
      <w:r w:rsidRPr="001525EA">
        <w:t>econdo le prescrizioni del Piano Terapeutico, nel seguente luogo/modalità: __________________________________________________________________________</w:t>
      </w:r>
    </w:p>
    <w:p w:rsidR="00AE2005" w:rsidRPr="001525EA" w:rsidRDefault="001525EA">
      <w:pPr>
        <w:spacing w:after="40"/>
      </w:pPr>
      <w:r w:rsidRPr="001525EA">
        <w:t>Per adrenalina autoiniettabile e farmaco per l’interruzio</w:t>
      </w:r>
      <w:r w:rsidRPr="001525EA">
        <w:t>ne della crisi epilettica prolungata, il farmaco deve seguire l’alunno/a anche durante le attività extrascolastiche e viene preso in carico dal referente/incaricato secondo la procedura prevista dal Protocollo.</w:t>
      </w:r>
    </w:p>
    <w:p w:rsidR="00AE2005" w:rsidRPr="001525EA" w:rsidRDefault="001525EA">
      <w:pPr>
        <w:spacing w:after="40"/>
      </w:pPr>
      <w:r w:rsidRPr="001525EA">
        <w:t>Al termine del viaggio/attività il farmaco re</w:t>
      </w:r>
      <w:r w:rsidRPr="001525EA">
        <w:t>siduo viene riconsegnato al genitore o al soggetto avente titolo, salvo diversa gestione prevista dal Piano Terapeutico.</w:t>
      </w:r>
    </w:p>
    <w:p w:rsidR="00AE2005" w:rsidRDefault="001525EA">
      <w:pPr>
        <w:spacing w:after="40"/>
      </w:pPr>
      <w:r w:rsidRPr="001525EA">
        <w:t>Luogo _________________________    Data ____/____/________</w:t>
      </w:r>
    </w:p>
    <w:p w:rsidR="00AE2005" w:rsidRDefault="001525EA">
      <w:pPr>
        <w:spacing w:after="40"/>
      </w:pPr>
      <w:r>
        <w:t>Firma dell’incaricato/a ______________________________</w:t>
      </w:r>
    </w:p>
    <w:p w:rsidR="00AE2005" w:rsidRDefault="001525EA">
      <w:pPr>
        <w:spacing w:after="40"/>
      </w:pPr>
      <w:r>
        <w:t>Firma del genitore/tu</w:t>
      </w:r>
      <w:r>
        <w:t>tore ____________________________</w:t>
      </w:r>
    </w:p>
    <w:sectPr w:rsidR="00AE2005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525EA"/>
    <w:rsid w:val="0029639D"/>
    <w:rsid w:val="00326F90"/>
    <w:rsid w:val="00AA1D8D"/>
    <w:rsid w:val="00AE2005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E9E36A98-833A-47D3-BB3B-57AB4828D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ADC2CA9-1D36-4EB3-A772-34095D14C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dsga</cp:lastModifiedBy>
  <cp:revision>2</cp:revision>
  <dcterms:created xsi:type="dcterms:W3CDTF">2013-12-23T23:15:00Z</dcterms:created>
  <dcterms:modified xsi:type="dcterms:W3CDTF">2026-10-02T09:39:00Z</dcterms:modified>
  <cp:category/>
</cp:coreProperties>
</file>